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52" w:type="dxa"/>
        <w:tblLayout w:type="fixed"/>
        <w:tblLook w:val="04A0" w:firstRow="1" w:lastRow="0" w:firstColumn="1" w:lastColumn="0" w:noHBand="0" w:noVBand="1"/>
      </w:tblPr>
      <w:tblGrid>
        <w:gridCol w:w="2951"/>
        <w:gridCol w:w="7201"/>
      </w:tblGrid>
      <w:tr w:rsidR="007C662C" w14:paraId="7C4B4BE6" w14:textId="77777777">
        <w:tc>
          <w:tcPr>
            <w:tcW w:w="2951" w:type="dxa"/>
            <w:tcBorders>
              <w:right w:val="single" w:sz="14" w:space="0" w:color="B79258"/>
            </w:tcBorders>
            <w:tcMar>
              <w:top w:w="30" w:type="dxa"/>
              <w:left w:w="50" w:type="dxa"/>
              <w:bottom w:w="30" w:type="dxa"/>
              <w:right w:w="100" w:type="dxa"/>
            </w:tcMar>
            <w:vAlign w:val="center"/>
          </w:tcPr>
          <w:p w14:paraId="44460B76" w14:textId="77777777" w:rsidR="007C662C" w:rsidRDefault="002504BC">
            <w:pPr>
              <w:spacing w:after="0"/>
              <w:jc w:val="center"/>
            </w:pPr>
            <w:r>
              <w:rPr>
                <w:noProof/>
              </w:rPr>
              <w:drawing>
                <wp:inline distT="0" distB="0" distL="0" distR="0" wp14:anchorId="47538B9D" wp14:editId="6B1FF2AE">
                  <wp:extent cx="1005840" cy="10952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bag_alpaca.png"/>
                          <pic:cNvPicPr/>
                        </pic:nvPicPr>
                        <pic:blipFill>
                          <a:blip r:embed="rId8"/>
                          <a:stretch>
                            <a:fillRect/>
                          </a:stretch>
                        </pic:blipFill>
                        <pic:spPr>
                          <a:xfrm>
                            <a:off x="0" y="0"/>
                            <a:ext cx="1005840" cy="1095248"/>
                          </a:xfrm>
                          <a:prstGeom prst="rect">
                            <a:avLst/>
                          </a:prstGeom>
                        </pic:spPr>
                      </pic:pic>
                    </a:graphicData>
                  </a:graphic>
                </wp:inline>
              </w:drawing>
            </w:r>
          </w:p>
        </w:tc>
        <w:tc>
          <w:tcPr>
            <w:tcW w:w="7200" w:type="dxa"/>
            <w:tcMar>
              <w:top w:w="20" w:type="dxa"/>
              <w:left w:w="250" w:type="dxa"/>
              <w:bottom w:w="20" w:type="dxa"/>
              <w:right w:w="80" w:type="dxa"/>
            </w:tcMar>
            <w:vAlign w:val="center"/>
          </w:tcPr>
          <w:p w14:paraId="4E3290CF" w14:textId="77777777" w:rsidR="007C662C" w:rsidRDefault="002504BC">
            <w:pPr>
              <w:spacing w:after="0"/>
            </w:pPr>
            <w:r>
              <w:rPr>
                <w:rFonts w:ascii="Georgia" w:hAnsi="Georgia"/>
                <w:color w:val="9C7742"/>
                <w:sz w:val="37"/>
              </w:rPr>
              <w:t>PRECISION</w:t>
            </w:r>
          </w:p>
          <w:p w14:paraId="04EA3CC1" w14:textId="77777777" w:rsidR="007C662C" w:rsidRDefault="002504BC">
            <w:pPr>
              <w:spacing w:after="0"/>
            </w:pPr>
            <w:r>
              <w:rPr>
                <w:rFonts w:ascii="Georgia" w:hAnsi="Georgia"/>
                <w:color w:val="9C7742"/>
                <w:sz w:val="37"/>
              </w:rPr>
              <w:t>FIBRE</w:t>
            </w:r>
          </w:p>
          <w:p w14:paraId="29296CA4" w14:textId="77777777" w:rsidR="007C662C" w:rsidRDefault="002504BC">
            <w:pPr>
              <w:spacing w:after="0"/>
            </w:pPr>
            <w:r>
              <w:rPr>
                <w:rFonts w:ascii="Georgia" w:hAnsi="Georgia"/>
                <w:color w:val="9C7742"/>
                <w:sz w:val="37"/>
              </w:rPr>
              <w:t>ANALYSIS</w:t>
            </w:r>
          </w:p>
          <w:p w14:paraId="35398FB8" w14:textId="562CA96D" w:rsidR="007C662C" w:rsidRDefault="002504BC">
            <w:pPr>
              <w:spacing w:before="60" w:after="0"/>
            </w:pPr>
            <w:r>
              <w:rPr>
                <w:b/>
                <w:sz w:val="17"/>
              </w:rPr>
              <w:t xml:space="preserve">SAMPLE </w:t>
            </w:r>
            <w:r w:rsidR="005F431A">
              <w:rPr>
                <w:b/>
                <w:sz w:val="17"/>
              </w:rPr>
              <w:t xml:space="preserve">SUBMISSION </w:t>
            </w:r>
            <w:r>
              <w:rPr>
                <w:b/>
                <w:sz w:val="17"/>
              </w:rPr>
              <w:t>SHEET</w:t>
            </w:r>
          </w:p>
        </w:tc>
      </w:tr>
    </w:tbl>
    <w:p w14:paraId="6FABB063" w14:textId="77777777" w:rsidR="007C662C" w:rsidRDefault="007C662C">
      <w:pPr>
        <w:spacing w:after="40" w:line="24" w:lineRule="auto"/>
      </w:pPr>
    </w:p>
    <w:p w14:paraId="289AAD4B" w14:textId="22454CF3" w:rsidR="007C662C" w:rsidRDefault="00C17886">
      <w:pPr>
        <w:spacing w:after="40"/>
        <w:jc w:val="center"/>
      </w:pPr>
      <w:r>
        <w:rPr>
          <w:b/>
          <w:sz w:val="15"/>
        </w:rPr>
        <w:t xml:space="preserve">                                                                         </w:t>
      </w:r>
      <w:proofErr w:type="spellStart"/>
      <w:r w:rsidR="002504BC">
        <w:rPr>
          <w:b/>
          <w:sz w:val="15"/>
        </w:rPr>
        <w:t>Taryan</w:t>
      </w:r>
      <w:proofErr w:type="spellEnd"/>
      <w:r w:rsidR="002504BC">
        <w:rPr>
          <w:b/>
          <w:sz w:val="15"/>
        </w:rPr>
        <w:t xml:space="preserve"> 0419 386 </w:t>
      </w:r>
      <w:proofErr w:type="gramStart"/>
      <w:r w:rsidR="002504BC">
        <w:rPr>
          <w:b/>
          <w:sz w:val="15"/>
        </w:rPr>
        <w:t>068  |</w:t>
      </w:r>
      <w:proofErr w:type="gramEnd"/>
      <w:r w:rsidR="002504BC">
        <w:rPr>
          <w:b/>
          <w:sz w:val="15"/>
        </w:rPr>
        <w:t xml:space="preserve">  Max 0417 845 </w:t>
      </w:r>
      <w:proofErr w:type="gramStart"/>
      <w:r w:rsidR="002504BC">
        <w:rPr>
          <w:b/>
          <w:sz w:val="15"/>
        </w:rPr>
        <w:t>480  |</w:t>
      </w:r>
      <w:proofErr w:type="gramEnd"/>
      <w:r w:rsidR="002504BC">
        <w:rPr>
          <w:b/>
          <w:sz w:val="15"/>
        </w:rPr>
        <w:t xml:space="preserve">  </w:t>
      </w:r>
      <w:proofErr w:type="gramStart"/>
      <w:r w:rsidR="002504BC">
        <w:rPr>
          <w:b/>
          <w:sz w:val="15"/>
        </w:rPr>
        <w:t>precisionalpaca@gmail.com  |</w:t>
      </w:r>
      <w:proofErr w:type="gramEnd"/>
      <w:r w:rsidR="002504BC">
        <w:rPr>
          <w:b/>
          <w:sz w:val="15"/>
        </w:rPr>
        <w:t xml:space="preserve">  precisionalpaca.com</w:t>
      </w:r>
    </w:p>
    <w:p w14:paraId="50F6DC4E" w14:textId="77777777" w:rsidR="007C662C" w:rsidRDefault="007C662C">
      <w:pPr>
        <w:spacing w:line="24" w:lineRule="auto"/>
      </w:pPr>
    </w:p>
    <w:p w14:paraId="296E6FCF" w14:textId="77777777" w:rsidR="007C662C" w:rsidRDefault="002504BC">
      <w:pPr>
        <w:pBdr>
          <w:bottom w:val="single" w:sz="10" w:space="5" w:color="B79258"/>
        </w:pBdr>
        <w:spacing w:before="80" w:after="60"/>
      </w:pPr>
      <w:r>
        <w:rPr>
          <w:b/>
          <w:sz w:val="23"/>
        </w:rPr>
        <w:t>1. CLIENT DETAILS</w:t>
      </w:r>
    </w:p>
    <w:tbl>
      <w:tblPr>
        <w:tblW w:w="10152" w:type="dxa"/>
        <w:tblLayout w:type="fixed"/>
        <w:tblLook w:val="04A0" w:firstRow="1" w:lastRow="0" w:firstColumn="1" w:lastColumn="0" w:noHBand="0" w:noVBand="1"/>
      </w:tblPr>
      <w:tblGrid>
        <w:gridCol w:w="10152"/>
      </w:tblGrid>
      <w:tr w:rsidR="007C662C" w14:paraId="5C69113E" w14:textId="77777777">
        <w:tc>
          <w:tcPr>
            <w:tcW w:w="10152" w:type="dxa"/>
            <w:tcBorders>
              <w:top w:val="single" w:sz="24" w:space="0" w:color="111111"/>
              <w:left w:val="single" w:sz="24" w:space="0" w:color="111111"/>
              <w:bottom w:val="single" w:sz="24" w:space="0" w:color="111111"/>
              <w:right w:val="single" w:sz="24" w:space="0" w:color="111111"/>
            </w:tcBorders>
            <w:tcMar>
              <w:top w:w="90" w:type="dxa"/>
              <w:left w:w="120" w:type="dxa"/>
              <w:bottom w:w="90" w:type="dxa"/>
              <w:right w:w="120" w:type="dxa"/>
            </w:tcMar>
          </w:tcPr>
          <w:p w14:paraId="0CC41904" w14:textId="77777777" w:rsidR="007C662C" w:rsidRDefault="002504BC">
            <w:pPr>
              <w:spacing w:after="0"/>
            </w:pPr>
            <w:r>
              <w:rPr>
                <w:b/>
                <w:sz w:val="17"/>
              </w:rPr>
              <w:t>NAME</w:t>
            </w:r>
          </w:p>
          <w:p w14:paraId="5A006680" w14:textId="04636A18" w:rsidR="007C662C" w:rsidRDefault="007C662C">
            <w:pPr>
              <w:spacing w:after="132"/>
            </w:pPr>
          </w:p>
        </w:tc>
      </w:tr>
    </w:tbl>
    <w:p w14:paraId="45C76212" w14:textId="77777777" w:rsidR="007C662C" w:rsidRDefault="007C662C">
      <w:pPr>
        <w:spacing w:after="100" w:line="24" w:lineRule="auto"/>
      </w:pPr>
    </w:p>
    <w:tbl>
      <w:tblPr>
        <w:tblW w:w="10152" w:type="dxa"/>
        <w:tblLayout w:type="fixed"/>
        <w:tblLook w:val="04A0" w:firstRow="1" w:lastRow="0" w:firstColumn="1" w:lastColumn="0" w:noHBand="0" w:noVBand="1"/>
      </w:tblPr>
      <w:tblGrid>
        <w:gridCol w:w="10152"/>
      </w:tblGrid>
      <w:tr w:rsidR="007C662C" w14:paraId="35C357A2" w14:textId="77777777">
        <w:tc>
          <w:tcPr>
            <w:tcW w:w="10152" w:type="dxa"/>
            <w:tcBorders>
              <w:top w:val="single" w:sz="24" w:space="0" w:color="111111"/>
              <w:left w:val="single" w:sz="24" w:space="0" w:color="111111"/>
              <w:bottom w:val="single" w:sz="24" w:space="0" w:color="111111"/>
              <w:right w:val="single" w:sz="24" w:space="0" w:color="111111"/>
            </w:tcBorders>
            <w:tcMar>
              <w:top w:w="90" w:type="dxa"/>
              <w:left w:w="120" w:type="dxa"/>
              <w:bottom w:w="90" w:type="dxa"/>
              <w:right w:w="120" w:type="dxa"/>
            </w:tcMar>
          </w:tcPr>
          <w:p w14:paraId="0D0A319F" w14:textId="77777777" w:rsidR="007C662C" w:rsidRDefault="002504BC">
            <w:pPr>
              <w:spacing w:after="0"/>
            </w:pPr>
            <w:r>
              <w:rPr>
                <w:b/>
                <w:sz w:val="17"/>
              </w:rPr>
              <w:t>TRADING NAME / HERD PREFIX</w:t>
            </w:r>
          </w:p>
          <w:p w14:paraId="5B1E5583" w14:textId="1D6B022C" w:rsidR="007C662C" w:rsidRDefault="00000000">
            <w:pPr>
              <w:spacing w:after="132"/>
            </w:pPr>
            <w:sdt>
              <w:sdtPr>
                <w:alias w:val="TRADING_NAME_HERD_PREFIX"/>
                <w:tag w:val="TRADING_NAME_HERD_PREFIX"/>
                <w:id w:val="1343822927"/>
                <w:showingPlcHdr/>
                <w:text/>
              </w:sdtPr>
              <w:sdtContent>
                <w:r w:rsidR="00C17886">
                  <w:t xml:space="preserve">     </w:t>
                </w:r>
              </w:sdtContent>
            </w:sdt>
          </w:p>
        </w:tc>
      </w:tr>
    </w:tbl>
    <w:p w14:paraId="2205C1E9" w14:textId="77777777" w:rsidR="007C662C" w:rsidRDefault="007C662C">
      <w:pPr>
        <w:spacing w:after="100" w:line="24" w:lineRule="auto"/>
      </w:pPr>
    </w:p>
    <w:tbl>
      <w:tblPr>
        <w:tblW w:w="10152" w:type="dxa"/>
        <w:tblLayout w:type="fixed"/>
        <w:tblLook w:val="04A0" w:firstRow="1" w:lastRow="0" w:firstColumn="1" w:lastColumn="0" w:noHBand="0" w:noVBand="1"/>
      </w:tblPr>
      <w:tblGrid>
        <w:gridCol w:w="10152"/>
      </w:tblGrid>
      <w:tr w:rsidR="007C662C" w14:paraId="0B8D2EE4" w14:textId="77777777">
        <w:tc>
          <w:tcPr>
            <w:tcW w:w="10152" w:type="dxa"/>
            <w:tcBorders>
              <w:top w:val="single" w:sz="24" w:space="0" w:color="111111"/>
              <w:left w:val="single" w:sz="24" w:space="0" w:color="111111"/>
              <w:bottom w:val="single" w:sz="24" w:space="0" w:color="111111"/>
              <w:right w:val="single" w:sz="24" w:space="0" w:color="111111"/>
            </w:tcBorders>
            <w:tcMar>
              <w:top w:w="90" w:type="dxa"/>
              <w:left w:w="120" w:type="dxa"/>
              <w:bottom w:w="90" w:type="dxa"/>
              <w:right w:w="120" w:type="dxa"/>
            </w:tcMar>
          </w:tcPr>
          <w:p w14:paraId="51ECDC3D" w14:textId="77777777" w:rsidR="007C662C" w:rsidRDefault="002504BC">
            <w:pPr>
              <w:spacing w:after="0"/>
            </w:pPr>
            <w:r>
              <w:rPr>
                <w:b/>
                <w:sz w:val="17"/>
              </w:rPr>
              <w:t>ADDRESS</w:t>
            </w:r>
          </w:p>
          <w:p w14:paraId="06C9ECC6" w14:textId="6A16DF9E" w:rsidR="007C662C" w:rsidRDefault="00000000">
            <w:pPr>
              <w:spacing w:after="220"/>
            </w:pPr>
            <w:sdt>
              <w:sdtPr>
                <w:alias w:val="ADDRESS"/>
                <w:tag w:val="ADDRESS"/>
                <w:id w:val="1059439399"/>
                <w:showingPlcHdr/>
                <w:text/>
              </w:sdtPr>
              <w:sdtContent>
                <w:r w:rsidR="00C17886">
                  <w:t xml:space="preserve">     </w:t>
                </w:r>
              </w:sdtContent>
            </w:sdt>
          </w:p>
        </w:tc>
      </w:tr>
    </w:tbl>
    <w:p w14:paraId="424C94D4" w14:textId="77777777" w:rsidR="007C662C" w:rsidRDefault="007C662C">
      <w:pPr>
        <w:spacing w:after="100" w:line="24" w:lineRule="auto"/>
      </w:pPr>
    </w:p>
    <w:tbl>
      <w:tblPr>
        <w:tblW w:w="10169" w:type="dxa"/>
        <w:tblLayout w:type="fixed"/>
        <w:tblLook w:val="04A0" w:firstRow="1" w:lastRow="0" w:firstColumn="1" w:lastColumn="0" w:noHBand="0" w:noVBand="1"/>
      </w:tblPr>
      <w:tblGrid>
        <w:gridCol w:w="5084"/>
        <w:gridCol w:w="5085"/>
      </w:tblGrid>
      <w:tr w:rsidR="007C662C" w14:paraId="10FA5DB7" w14:textId="77777777" w:rsidTr="00C17886">
        <w:trPr>
          <w:trHeight w:val="640"/>
        </w:trPr>
        <w:tc>
          <w:tcPr>
            <w:tcW w:w="5084" w:type="dxa"/>
            <w:tcBorders>
              <w:top w:val="single" w:sz="24" w:space="0" w:color="111111"/>
              <w:left w:val="single" w:sz="24" w:space="0" w:color="111111"/>
              <w:bottom w:val="single" w:sz="24" w:space="0" w:color="111111"/>
              <w:right w:val="single" w:sz="24" w:space="0" w:color="111111"/>
            </w:tcBorders>
            <w:tcMar>
              <w:top w:w="85" w:type="dxa"/>
              <w:left w:w="115" w:type="dxa"/>
              <w:bottom w:w="80" w:type="dxa"/>
              <w:right w:w="115" w:type="dxa"/>
            </w:tcMar>
          </w:tcPr>
          <w:p w14:paraId="0EF6651B" w14:textId="77777777" w:rsidR="007C662C" w:rsidRDefault="002504BC">
            <w:pPr>
              <w:spacing w:after="20"/>
            </w:pPr>
            <w:r>
              <w:rPr>
                <w:b/>
                <w:sz w:val="16"/>
              </w:rPr>
              <w:t>PHONE</w:t>
            </w:r>
          </w:p>
          <w:p w14:paraId="1D91795A" w14:textId="643EFA77" w:rsidR="007C662C" w:rsidRDefault="00000000">
            <w:pPr>
              <w:spacing w:after="140"/>
            </w:pPr>
            <w:sdt>
              <w:sdtPr>
                <w:alias w:val="PHONE"/>
                <w:tag w:val="PHONE"/>
                <w:id w:val="87123016"/>
                <w:showingPlcHdr/>
                <w:text/>
              </w:sdtPr>
              <w:sdtContent>
                <w:r w:rsidR="00C17886">
                  <w:t xml:space="preserve">     </w:t>
                </w:r>
              </w:sdtContent>
            </w:sdt>
          </w:p>
        </w:tc>
        <w:tc>
          <w:tcPr>
            <w:tcW w:w="5085" w:type="dxa"/>
            <w:tcBorders>
              <w:top w:val="single" w:sz="24" w:space="0" w:color="111111"/>
              <w:left w:val="single" w:sz="24" w:space="0" w:color="111111"/>
              <w:bottom w:val="single" w:sz="24" w:space="0" w:color="111111"/>
              <w:right w:val="single" w:sz="24" w:space="0" w:color="111111"/>
            </w:tcBorders>
            <w:tcMar>
              <w:top w:w="85" w:type="dxa"/>
              <w:left w:w="115" w:type="dxa"/>
              <w:bottom w:w="80" w:type="dxa"/>
              <w:right w:w="115" w:type="dxa"/>
            </w:tcMar>
          </w:tcPr>
          <w:p w14:paraId="70E9428A" w14:textId="77777777" w:rsidR="007C662C" w:rsidRDefault="002504BC">
            <w:pPr>
              <w:spacing w:after="20"/>
            </w:pPr>
            <w:r>
              <w:rPr>
                <w:b/>
                <w:sz w:val="16"/>
              </w:rPr>
              <w:t>EMAIL</w:t>
            </w:r>
          </w:p>
          <w:p w14:paraId="3FAAA7F6" w14:textId="3F050C43" w:rsidR="007C662C" w:rsidRDefault="00000000">
            <w:pPr>
              <w:spacing w:after="140"/>
            </w:pPr>
            <w:sdt>
              <w:sdtPr>
                <w:alias w:val="EMAIL"/>
                <w:tag w:val="EMAIL"/>
                <w:id w:val="1831873786"/>
                <w:showingPlcHdr/>
                <w:text/>
              </w:sdtPr>
              <w:sdtContent>
                <w:r w:rsidR="00C17886">
                  <w:t xml:space="preserve">     </w:t>
                </w:r>
              </w:sdtContent>
            </w:sdt>
          </w:p>
        </w:tc>
      </w:tr>
    </w:tbl>
    <w:p w14:paraId="6FE9E4AF" w14:textId="77777777" w:rsidR="007C662C" w:rsidRDefault="007C662C">
      <w:pPr>
        <w:spacing w:line="24" w:lineRule="auto"/>
      </w:pPr>
    </w:p>
    <w:p w14:paraId="6F96C28B" w14:textId="61DBB9F0" w:rsidR="007C662C" w:rsidRDefault="002504BC" w:rsidP="00C17886">
      <w:pPr>
        <w:pBdr>
          <w:bottom w:val="single" w:sz="10" w:space="5" w:color="B79258"/>
        </w:pBdr>
        <w:spacing w:before="80" w:after="60"/>
      </w:pPr>
      <w:r>
        <w:rPr>
          <w:b/>
          <w:sz w:val="23"/>
        </w:rPr>
        <w:t xml:space="preserve">2. </w:t>
      </w:r>
      <w:r w:rsidR="00C17886">
        <w:rPr>
          <w:b/>
          <w:sz w:val="23"/>
        </w:rPr>
        <w:t>TEST TYPE</w:t>
      </w:r>
    </w:p>
    <w:tbl>
      <w:tblPr>
        <w:tblW w:w="10103" w:type="dxa"/>
        <w:tblLayout w:type="fixed"/>
        <w:tblLook w:val="04A0" w:firstRow="1" w:lastRow="0" w:firstColumn="1" w:lastColumn="0" w:noHBand="0" w:noVBand="1"/>
      </w:tblPr>
      <w:tblGrid>
        <w:gridCol w:w="2508"/>
        <w:gridCol w:w="2508"/>
        <w:gridCol w:w="2508"/>
        <w:gridCol w:w="2579"/>
      </w:tblGrid>
      <w:tr w:rsidR="007C662C" w14:paraId="62EA0247" w14:textId="77777777" w:rsidTr="00043ED1">
        <w:trPr>
          <w:trHeight w:val="686"/>
        </w:trPr>
        <w:tc>
          <w:tcPr>
            <w:tcW w:w="2508" w:type="dxa"/>
            <w:tcBorders>
              <w:top w:val="single" w:sz="24" w:space="0" w:color="111111"/>
              <w:left w:val="single" w:sz="24" w:space="0" w:color="111111"/>
              <w:bottom w:val="single" w:sz="24" w:space="0" w:color="111111"/>
              <w:right w:val="single" w:sz="24" w:space="0" w:color="111111"/>
            </w:tcBorders>
            <w:tcMar>
              <w:top w:w="85" w:type="dxa"/>
              <w:left w:w="65" w:type="dxa"/>
              <w:bottom w:w="70" w:type="dxa"/>
              <w:right w:w="65" w:type="dxa"/>
            </w:tcMar>
          </w:tcPr>
          <w:p w14:paraId="05B234C7" w14:textId="77777777" w:rsidR="007C662C" w:rsidRPr="00912063" w:rsidRDefault="00000000">
            <w:pPr>
              <w:spacing w:after="20"/>
              <w:jc w:val="center"/>
              <w:rPr>
                <w:sz w:val="20"/>
                <w:szCs w:val="24"/>
              </w:rPr>
            </w:pPr>
            <w:sdt>
              <w:sdtPr>
                <w:alias w:val="CHECKBOX_1"/>
                <w:tag w:val="CHECKBOX_1"/>
                <w:id w:val="700001"/>
                <w14:checkbox>
                  <w14:checked w14:val="0"/>
                  <w14:checkedState w14:val="2612" w14:font="MS Gothic"/>
                  <w14:uncheckedState w14:val="2610" w14:font="MS Gothic"/>
                </w14:checkbox>
              </w:sdtPr>
              <w:sdtContent>
                <w:r w:rsidR="002504BC">
                  <w:rPr>
                    <w:rFonts w:ascii="DejaVu Sans" w:hAnsi="DejaVu Sans"/>
                    <w:sz w:val="20"/>
                  </w:rPr>
                  <w:t>☐</w:t>
                </w:r>
              </w:sdtContent>
            </w:sdt>
            <w:r w:rsidR="002504BC">
              <w:rPr>
                <w:rFonts w:ascii="DejaVu Sans" w:hAnsi="DejaVu Sans"/>
                <w:sz w:val="20"/>
              </w:rPr>
              <w:t xml:space="preserve">  </w:t>
            </w:r>
            <w:r w:rsidR="002504BC" w:rsidRPr="00912063">
              <w:rPr>
                <w:b/>
                <w:sz w:val="20"/>
                <w:szCs w:val="24"/>
              </w:rPr>
              <w:t>Standard Histogram</w:t>
            </w:r>
          </w:p>
          <w:p w14:paraId="209F6786" w14:textId="1669EA3A" w:rsidR="007C662C" w:rsidRPr="005F431A" w:rsidRDefault="00C17886" w:rsidP="005F431A">
            <w:pPr>
              <w:spacing w:after="0"/>
              <w:jc w:val="center"/>
              <w:rPr>
                <w:color w:val="767676"/>
                <w:sz w:val="15"/>
              </w:rPr>
            </w:pPr>
            <w:r w:rsidRPr="00912063">
              <w:rPr>
                <w:color w:val="767676"/>
                <w:sz w:val="16"/>
                <w:szCs w:val="24"/>
              </w:rPr>
              <w:t>(</w:t>
            </w:r>
            <w:r w:rsidR="005F431A" w:rsidRPr="00912063">
              <w:rPr>
                <w:color w:val="767676"/>
                <w:sz w:val="16"/>
                <w:szCs w:val="24"/>
              </w:rPr>
              <w:t xml:space="preserve">Standard </w:t>
            </w:r>
            <w:proofErr w:type="spellStart"/>
            <w:r w:rsidRPr="00912063">
              <w:rPr>
                <w:color w:val="767676"/>
                <w:sz w:val="16"/>
                <w:szCs w:val="24"/>
              </w:rPr>
              <w:t>M</w:t>
            </w:r>
            <w:r w:rsidR="002504BC" w:rsidRPr="00912063">
              <w:rPr>
                <w:color w:val="767676"/>
                <w:sz w:val="16"/>
                <w:szCs w:val="24"/>
              </w:rPr>
              <w:t>idside</w:t>
            </w:r>
            <w:proofErr w:type="spellEnd"/>
            <w:r w:rsidRPr="00912063">
              <w:rPr>
                <w:color w:val="767676"/>
                <w:sz w:val="16"/>
                <w:szCs w:val="24"/>
              </w:rPr>
              <w:t>)</w:t>
            </w:r>
          </w:p>
        </w:tc>
        <w:tc>
          <w:tcPr>
            <w:tcW w:w="2508" w:type="dxa"/>
            <w:tcBorders>
              <w:top w:val="single" w:sz="24" w:space="0" w:color="111111"/>
              <w:left w:val="single" w:sz="24" w:space="0" w:color="111111"/>
              <w:bottom w:val="single" w:sz="24" w:space="0" w:color="111111"/>
              <w:right w:val="single" w:sz="24" w:space="0" w:color="111111"/>
            </w:tcBorders>
            <w:tcMar>
              <w:top w:w="85" w:type="dxa"/>
              <w:left w:w="65" w:type="dxa"/>
              <w:bottom w:w="70" w:type="dxa"/>
              <w:right w:w="65" w:type="dxa"/>
            </w:tcMar>
          </w:tcPr>
          <w:p w14:paraId="1E53401F" w14:textId="085822F3" w:rsidR="007C662C" w:rsidRDefault="00000000">
            <w:pPr>
              <w:spacing w:after="20"/>
              <w:jc w:val="center"/>
            </w:pPr>
            <w:sdt>
              <w:sdtPr>
                <w:alias w:val="CHECKBOX_2"/>
                <w:tag w:val="CHECKBOX_2"/>
                <w:id w:val="700002"/>
                <w14:checkbox>
                  <w14:checked w14:val="0"/>
                  <w14:checkedState w14:val="2612" w14:font="MS Gothic"/>
                  <w14:uncheckedState w14:val="2610" w14:font="MS Gothic"/>
                </w14:checkbox>
              </w:sdtPr>
              <w:sdtContent>
                <w:r w:rsidR="002504BC">
                  <w:rPr>
                    <w:rFonts w:ascii="DejaVu Sans" w:hAnsi="DejaVu Sans"/>
                    <w:sz w:val="20"/>
                  </w:rPr>
                  <w:t>☐</w:t>
                </w:r>
              </w:sdtContent>
            </w:sdt>
            <w:r w:rsidR="002504BC">
              <w:rPr>
                <w:rFonts w:ascii="DejaVu Sans" w:hAnsi="DejaVu Sans"/>
                <w:sz w:val="20"/>
              </w:rPr>
              <w:t xml:space="preserve">  </w:t>
            </w:r>
            <w:r w:rsidR="00C352EB">
              <w:rPr>
                <w:b/>
                <w:sz w:val="18"/>
              </w:rPr>
              <w:t xml:space="preserve">Grid </w:t>
            </w:r>
            <w:r w:rsidR="0022404C">
              <w:rPr>
                <w:b/>
                <w:sz w:val="18"/>
              </w:rPr>
              <w:t>Histograms</w:t>
            </w:r>
          </w:p>
          <w:p w14:paraId="7ACFA0D4" w14:textId="50CB0176" w:rsidR="007C662C" w:rsidRDefault="00C17886">
            <w:pPr>
              <w:spacing w:after="0"/>
              <w:jc w:val="center"/>
            </w:pPr>
            <w:r>
              <w:rPr>
                <w:color w:val="767676"/>
                <w:sz w:val="15"/>
              </w:rPr>
              <w:t>(</w:t>
            </w:r>
            <w:r w:rsidR="002504BC">
              <w:rPr>
                <w:color w:val="767676"/>
                <w:sz w:val="15"/>
              </w:rPr>
              <w:t>3-point grid sample</w:t>
            </w:r>
            <w:r>
              <w:rPr>
                <w:color w:val="767676"/>
                <w:sz w:val="15"/>
              </w:rPr>
              <w:t>)</w:t>
            </w:r>
          </w:p>
        </w:tc>
        <w:tc>
          <w:tcPr>
            <w:tcW w:w="2508" w:type="dxa"/>
            <w:tcBorders>
              <w:top w:val="single" w:sz="24" w:space="0" w:color="111111"/>
              <w:left w:val="single" w:sz="24" w:space="0" w:color="111111"/>
              <w:bottom w:val="single" w:sz="24" w:space="0" w:color="111111"/>
              <w:right w:val="single" w:sz="24" w:space="0" w:color="111111"/>
            </w:tcBorders>
            <w:tcMar>
              <w:top w:w="85" w:type="dxa"/>
              <w:left w:w="65" w:type="dxa"/>
              <w:bottom w:w="70" w:type="dxa"/>
              <w:right w:w="65" w:type="dxa"/>
            </w:tcMar>
          </w:tcPr>
          <w:p w14:paraId="0A59CE5E" w14:textId="11C756C2" w:rsidR="007C662C" w:rsidRDefault="00000000">
            <w:pPr>
              <w:spacing w:after="20"/>
              <w:jc w:val="center"/>
            </w:pPr>
            <w:sdt>
              <w:sdtPr>
                <w:alias w:val="CHECKBOX_3"/>
                <w:tag w:val="CHECKBOX_3"/>
                <w:id w:val="700003"/>
                <w14:checkbox>
                  <w14:checked w14:val="0"/>
                  <w14:checkedState w14:val="2612" w14:font="MS Gothic"/>
                  <w14:uncheckedState w14:val="2610" w14:font="MS Gothic"/>
                </w14:checkbox>
              </w:sdtPr>
              <w:sdtContent>
                <w:r w:rsidR="0022404C">
                  <w:rPr>
                    <w:rFonts w:ascii="MS Gothic" w:eastAsia="MS Gothic" w:hAnsi="MS Gothic" w:hint="eastAsia"/>
                  </w:rPr>
                  <w:t>☐</w:t>
                </w:r>
              </w:sdtContent>
            </w:sdt>
            <w:r w:rsidR="002504BC">
              <w:rPr>
                <w:rFonts w:ascii="DejaVu Sans" w:hAnsi="DejaVu Sans"/>
                <w:sz w:val="20"/>
              </w:rPr>
              <w:t xml:space="preserve">  </w:t>
            </w:r>
            <w:r w:rsidR="002504BC">
              <w:rPr>
                <w:b/>
                <w:sz w:val="18"/>
              </w:rPr>
              <w:t>Genetic Focus Analysis</w:t>
            </w:r>
          </w:p>
          <w:p w14:paraId="324EAE9C" w14:textId="511E713F" w:rsidR="007C662C" w:rsidRDefault="00C17886">
            <w:pPr>
              <w:spacing w:after="0"/>
              <w:jc w:val="center"/>
            </w:pPr>
            <w:r>
              <w:rPr>
                <w:color w:val="767676"/>
                <w:sz w:val="15"/>
              </w:rPr>
              <w:t>(</w:t>
            </w:r>
            <w:proofErr w:type="spellStart"/>
            <w:r w:rsidR="002504BC">
              <w:rPr>
                <w:color w:val="767676"/>
                <w:sz w:val="15"/>
              </w:rPr>
              <w:t>Midside</w:t>
            </w:r>
            <w:proofErr w:type="spellEnd"/>
            <w:r>
              <w:rPr>
                <w:color w:val="767676"/>
                <w:sz w:val="15"/>
              </w:rPr>
              <w:t>)</w:t>
            </w:r>
          </w:p>
        </w:tc>
        <w:tc>
          <w:tcPr>
            <w:tcW w:w="2579" w:type="dxa"/>
            <w:tcBorders>
              <w:top w:val="single" w:sz="24" w:space="0" w:color="111111"/>
              <w:left w:val="single" w:sz="24" w:space="0" w:color="111111"/>
              <w:bottom w:val="single" w:sz="24" w:space="0" w:color="111111"/>
              <w:right w:val="single" w:sz="24" w:space="0" w:color="111111"/>
            </w:tcBorders>
            <w:tcMar>
              <w:top w:w="85" w:type="dxa"/>
              <w:left w:w="65" w:type="dxa"/>
              <w:bottom w:w="70" w:type="dxa"/>
              <w:right w:w="65" w:type="dxa"/>
            </w:tcMar>
          </w:tcPr>
          <w:p w14:paraId="0F8D74EF" w14:textId="56676B84" w:rsidR="007C662C" w:rsidRDefault="00000000">
            <w:pPr>
              <w:spacing w:after="20"/>
              <w:jc w:val="center"/>
            </w:pPr>
            <w:sdt>
              <w:sdtPr>
                <w:alias w:val="CHECKBOX_4"/>
                <w:tag w:val="CHECKBOX_4"/>
                <w:id w:val="700004"/>
                <w14:checkbox>
                  <w14:checked w14:val="0"/>
                  <w14:checkedState w14:val="2612" w14:font="MS Gothic"/>
                  <w14:uncheckedState w14:val="2610" w14:font="MS Gothic"/>
                </w14:checkbox>
              </w:sdtPr>
              <w:sdtContent>
                <w:r w:rsidR="002504BC">
                  <w:rPr>
                    <w:rFonts w:ascii="DejaVu Sans" w:hAnsi="DejaVu Sans"/>
                    <w:sz w:val="20"/>
                  </w:rPr>
                  <w:t>☐</w:t>
                </w:r>
              </w:sdtContent>
            </w:sdt>
            <w:r w:rsidR="002504BC">
              <w:rPr>
                <w:rFonts w:ascii="DejaVu Sans" w:hAnsi="DejaVu Sans"/>
                <w:sz w:val="20"/>
              </w:rPr>
              <w:t xml:space="preserve">  </w:t>
            </w:r>
            <w:r w:rsidR="00C352EB" w:rsidRPr="00C352EB">
              <w:rPr>
                <w:rFonts w:cs="Arial"/>
                <w:b/>
                <w:bCs/>
                <w:sz w:val="18"/>
                <w:szCs w:val="18"/>
              </w:rPr>
              <w:t>Grid</w:t>
            </w:r>
            <w:r w:rsidR="00C352EB">
              <w:rPr>
                <w:rFonts w:ascii="DejaVu Sans" w:hAnsi="DejaVu Sans"/>
                <w:sz w:val="20"/>
              </w:rPr>
              <w:t xml:space="preserve"> </w:t>
            </w:r>
            <w:r w:rsidR="002504BC">
              <w:rPr>
                <w:b/>
                <w:sz w:val="18"/>
              </w:rPr>
              <w:t>Genetic Focus Analysis</w:t>
            </w:r>
          </w:p>
          <w:p w14:paraId="40CBBBA2" w14:textId="3AFE8754" w:rsidR="007C662C" w:rsidRDefault="00C17886">
            <w:pPr>
              <w:spacing w:after="0"/>
              <w:jc w:val="center"/>
            </w:pPr>
            <w:r>
              <w:rPr>
                <w:color w:val="767676"/>
                <w:sz w:val="15"/>
              </w:rPr>
              <w:t>(</w:t>
            </w:r>
            <w:r w:rsidR="002504BC">
              <w:rPr>
                <w:color w:val="767676"/>
                <w:sz w:val="15"/>
              </w:rPr>
              <w:t>3-point grid sample</w:t>
            </w:r>
            <w:r>
              <w:rPr>
                <w:color w:val="767676"/>
                <w:sz w:val="15"/>
              </w:rPr>
              <w:t>)</w:t>
            </w:r>
          </w:p>
        </w:tc>
      </w:tr>
      <w:tr w:rsidR="00C17886" w14:paraId="4F5FAF9D" w14:textId="77777777" w:rsidTr="00043ED1">
        <w:trPr>
          <w:trHeight w:val="524"/>
        </w:trPr>
        <w:tc>
          <w:tcPr>
            <w:tcW w:w="2508"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4666421F" w14:textId="0E365C36" w:rsidR="00C17886" w:rsidRPr="00912063" w:rsidRDefault="00000000" w:rsidP="00C17886">
            <w:pPr>
              <w:jc w:val="center"/>
              <w:rPr>
                <w:sz w:val="18"/>
              </w:rPr>
            </w:pPr>
            <w:sdt>
              <w:sdtPr>
                <w:rPr>
                  <w:sz w:val="18"/>
                </w:rPr>
                <w:alias w:val="CHECKBOX_5"/>
                <w:tag w:val="CHECKBOX_5"/>
                <w:id w:val="700005"/>
                <w14:checkbox>
                  <w14:checked w14:val="0"/>
                  <w14:checkedState w14:val="2612" w14:font="MS Gothic"/>
                  <w14:uncheckedState w14:val="2610" w14:font="MS Gothic"/>
                </w14:checkbox>
              </w:sdtPr>
              <w:sdtContent>
                <w:r w:rsidR="00C17886" w:rsidRPr="00912063">
                  <w:rPr>
                    <w:rFonts w:ascii="MS Gothic" w:eastAsia="MS Gothic" w:hAnsi="MS Gothic" w:hint="eastAsia"/>
                    <w:sz w:val="18"/>
                  </w:rPr>
                  <w:t>☐</w:t>
                </w:r>
              </w:sdtContent>
            </w:sdt>
            <w:r w:rsidR="00C17886" w:rsidRPr="00912063">
              <w:rPr>
                <w:rFonts w:ascii="DejaVu Sans" w:hAnsi="DejaVu Sans"/>
                <w:sz w:val="18"/>
              </w:rPr>
              <w:t xml:space="preserve"> Trim ON     </w:t>
            </w:r>
            <w:sdt>
              <w:sdtPr>
                <w:rPr>
                  <w:sz w:val="18"/>
                </w:rPr>
                <w:alias w:val="CHECKBOX_6"/>
                <w:tag w:val="CHECKBOX_6"/>
                <w:id w:val="700006"/>
                <w14:checkbox>
                  <w14:checked w14:val="0"/>
                  <w14:checkedState w14:val="2612" w14:font="MS Gothic"/>
                  <w14:uncheckedState w14:val="2610" w14:font="MS Gothic"/>
                </w14:checkbox>
              </w:sdtPr>
              <w:sdtContent>
                <w:r w:rsidR="00C17886" w:rsidRPr="00912063">
                  <w:rPr>
                    <w:rFonts w:ascii="Segoe UI Symbol" w:hAnsi="Segoe UI Symbol" w:cs="Segoe UI Symbol"/>
                    <w:sz w:val="18"/>
                  </w:rPr>
                  <w:t>☐</w:t>
                </w:r>
              </w:sdtContent>
            </w:sdt>
            <w:r w:rsidR="00C17886" w:rsidRPr="00912063">
              <w:rPr>
                <w:rFonts w:ascii="DejaVu Sans" w:hAnsi="DejaVu Sans"/>
                <w:sz w:val="18"/>
              </w:rPr>
              <w:t xml:space="preserve"> Trim OFF</w:t>
            </w:r>
          </w:p>
        </w:tc>
        <w:tc>
          <w:tcPr>
            <w:tcW w:w="2508"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5C03816B" w14:textId="158122E0" w:rsidR="00C17886" w:rsidRPr="00912063" w:rsidRDefault="00000000" w:rsidP="00C17886">
            <w:pPr>
              <w:jc w:val="center"/>
              <w:rPr>
                <w:sz w:val="18"/>
                <w:szCs w:val="28"/>
              </w:rPr>
            </w:pPr>
            <w:sdt>
              <w:sdtPr>
                <w:rPr>
                  <w:sz w:val="18"/>
                  <w:szCs w:val="28"/>
                </w:rPr>
                <w:alias w:val="CHECKBOX_7"/>
                <w:tag w:val="CHECKBOX_7"/>
                <w:id w:val="700007"/>
                <w14:checkbox>
                  <w14:checked w14:val="0"/>
                  <w14:checkedState w14:val="2612" w14:font="MS Gothic"/>
                  <w14:uncheckedState w14:val="2610" w14:font="MS Gothic"/>
                </w14:checkbox>
              </w:sdtPr>
              <w:sdtContent>
                <w:r w:rsidR="00C17886" w:rsidRPr="00912063">
                  <w:rPr>
                    <w:rFonts w:ascii="Segoe UI Symbol" w:hAnsi="Segoe UI Symbol" w:cs="Segoe UI Symbol"/>
                    <w:sz w:val="18"/>
                    <w:szCs w:val="28"/>
                  </w:rPr>
                  <w:t>☐</w:t>
                </w:r>
              </w:sdtContent>
            </w:sdt>
            <w:r w:rsidR="00C17886" w:rsidRPr="00912063">
              <w:rPr>
                <w:rFonts w:ascii="DejaVu Sans" w:hAnsi="DejaVu Sans"/>
                <w:sz w:val="18"/>
                <w:szCs w:val="28"/>
              </w:rPr>
              <w:t xml:space="preserve"> Trim ON     </w:t>
            </w:r>
            <w:sdt>
              <w:sdtPr>
                <w:rPr>
                  <w:sz w:val="18"/>
                  <w:szCs w:val="28"/>
                </w:rPr>
                <w:alias w:val="CHECKBOX_8"/>
                <w:tag w:val="CHECKBOX_8"/>
                <w:id w:val="700008"/>
                <w14:checkbox>
                  <w14:checked w14:val="0"/>
                  <w14:checkedState w14:val="2612" w14:font="MS Gothic"/>
                  <w14:uncheckedState w14:val="2610" w14:font="MS Gothic"/>
                </w14:checkbox>
              </w:sdtPr>
              <w:sdtContent>
                <w:r w:rsidR="00C17886" w:rsidRPr="00912063">
                  <w:rPr>
                    <w:rFonts w:ascii="Segoe UI Symbol" w:hAnsi="Segoe UI Symbol" w:cs="Segoe UI Symbol"/>
                    <w:sz w:val="18"/>
                    <w:szCs w:val="28"/>
                  </w:rPr>
                  <w:t>☐</w:t>
                </w:r>
              </w:sdtContent>
            </w:sdt>
            <w:r w:rsidR="00C17886" w:rsidRPr="00912063">
              <w:rPr>
                <w:rFonts w:ascii="DejaVu Sans" w:hAnsi="DejaVu Sans"/>
                <w:sz w:val="18"/>
                <w:szCs w:val="28"/>
              </w:rPr>
              <w:t xml:space="preserve"> Trim OFF</w:t>
            </w:r>
          </w:p>
        </w:tc>
        <w:tc>
          <w:tcPr>
            <w:tcW w:w="2508"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0D88BDC4" w14:textId="722CC4DC" w:rsidR="00C17886" w:rsidRDefault="00C17886" w:rsidP="00C17886">
            <w:pPr>
              <w:jc w:val="center"/>
            </w:pPr>
            <w:r>
              <w:rPr>
                <w:i/>
                <w:color w:val="767676"/>
                <w:sz w:val="15"/>
              </w:rPr>
              <w:t>NA</w:t>
            </w:r>
          </w:p>
        </w:tc>
        <w:tc>
          <w:tcPr>
            <w:tcW w:w="2579"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3C10054C" w14:textId="5C834060" w:rsidR="00C17886" w:rsidRDefault="00C17886" w:rsidP="005F431A">
            <w:pPr>
              <w:jc w:val="center"/>
              <w:rPr>
                <w:i/>
                <w:color w:val="767676"/>
                <w:sz w:val="15"/>
              </w:rPr>
            </w:pPr>
            <w:r>
              <w:rPr>
                <w:i/>
                <w:color w:val="767676"/>
                <w:sz w:val="15"/>
              </w:rPr>
              <w:t>NA</w:t>
            </w:r>
          </w:p>
          <w:p w14:paraId="51E4BE27" w14:textId="3BD054FA" w:rsidR="00C17886" w:rsidRDefault="00C17886" w:rsidP="00C17886"/>
        </w:tc>
      </w:tr>
      <w:tr w:rsidR="00C17886" w14:paraId="094B38CF" w14:textId="77777777" w:rsidTr="00043ED1">
        <w:trPr>
          <w:trHeight w:val="666"/>
        </w:trPr>
        <w:tc>
          <w:tcPr>
            <w:tcW w:w="2508"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1E3EDCD4" w14:textId="77777777" w:rsidR="00C17886" w:rsidRDefault="00C17886" w:rsidP="00C17886">
            <w:pPr>
              <w:spacing w:after="20"/>
              <w:jc w:val="center"/>
            </w:pPr>
            <w:r>
              <w:rPr>
                <w:b/>
                <w:sz w:val="16"/>
              </w:rPr>
              <w:t>NUMBER OF SAMPLES</w:t>
            </w:r>
          </w:p>
          <w:p w14:paraId="2220EB8B" w14:textId="77777777" w:rsidR="00C17886" w:rsidRDefault="00C17886" w:rsidP="00C17886">
            <w:pPr>
              <w:jc w:val="center"/>
            </w:pPr>
          </w:p>
        </w:tc>
        <w:tc>
          <w:tcPr>
            <w:tcW w:w="2508"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62116E18" w14:textId="1B831311" w:rsidR="00C17886" w:rsidRDefault="00C17886" w:rsidP="00C17886">
            <w:pPr>
              <w:spacing w:after="20"/>
              <w:jc w:val="center"/>
            </w:pPr>
            <w:r>
              <w:rPr>
                <w:b/>
                <w:sz w:val="16"/>
              </w:rPr>
              <w:t xml:space="preserve">NUMBER OF </w:t>
            </w:r>
            <w:r w:rsidR="002909B7">
              <w:rPr>
                <w:b/>
                <w:sz w:val="16"/>
              </w:rPr>
              <w:t xml:space="preserve">GRID </w:t>
            </w:r>
            <w:r>
              <w:rPr>
                <w:b/>
                <w:sz w:val="16"/>
              </w:rPr>
              <w:t>SAMPLES</w:t>
            </w:r>
          </w:p>
          <w:p w14:paraId="63F90B4F" w14:textId="5805084A" w:rsidR="00C17886" w:rsidRDefault="00C17886" w:rsidP="00C17886">
            <w:pPr>
              <w:jc w:val="center"/>
            </w:pPr>
          </w:p>
        </w:tc>
        <w:tc>
          <w:tcPr>
            <w:tcW w:w="2508"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51B98C86" w14:textId="77777777" w:rsidR="00C17886" w:rsidRDefault="00C17886" w:rsidP="00C17886">
            <w:pPr>
              <w:spacing w:after="20"/>
              <w:jc w:val="center"/>
            </w:pPr>
            <w:r>
              <w:rPr>
                <w:b/>
                <w:sz w:val="16"/>
              </w:rPr>
              <w:t>NUMBER OF SAMPLES</w:t>
            </w:r>
          </w:p>
          <w:p w14:paraId="6433D167" w14:textId="77777777" w:rsidR="00C17886" w:rsidRDefault="00C17886" w:rsidP="00C17886">
            <w:pPr>
              <w:jc w:val="center"/>
              <w:rPr>
                <w:i/>
                <w:color w:val="767676"/>
                <w:sz w:val="15"/>
              </w:rPr>
            </w:pPr>
          </w:p>
        </w:tc>
        <w:tc>
          <w:tcPr>
            <w:tcW w:w="2579" w:type="dxa"/>
            <w:tcBorders>
              <w:top w:val="single" w:sz="24" w:space="0" w:color="111111"/>
              <w:left w:val="single" w:sz="24" w:space="0" w:color="111111"/>
              <w:bottom w:val="single" w:sz="24" w:space="0" w:color="111111"/>
              <w:right w:val="single" w:sz="24" w:space="0" w:color="111111"/>
            </w:tcBorders>
            <w:tcMar>
              <w:top w:w="65" w:type="dxa"/>
              <w:left w:w="50" w:type="dxa"/>
              <w:bottom w:w="65" w:type="dxa"/>
              <w:right w:w="50" w:type="dxa"/>
            </w:tcMar>
          </w:tcPr>
          <w:p w14:paraId="5650C98B" w14:textId="7AA880C1" w:rsidR="00C17886" w:rsidRDefault="00C17886" w:rsidP="00C17886">
            <w:pPr>
              <w:spacing w:after="20"/>
              <w:jc w:val="center"/>
            </w:pPr>
            <w:r>
              <w:rPr>
                <w:b/>
                <w:sz w:val="16"/>
              </w:rPr>
              <w:t xml:space="preserve">NUMBER OF </w:t>
            </w:r>
            <w:r w:rsidR="002909B7">
              <w:rPr>
                <w:b/>
                <w:sz w:val="16"/>
              </w:rPr>
              <w:t xml:space="preserve">GRID </w:t>
            </w:r>
            <w:r>
              <w:rPr>
                <w:b/>
                <w:sz w:val="16"/>
              </w:rPr>
              <w:t>SAMPLES</w:t>
            </w:r>
          </w:p>
          <w:p w14:paraId="32F5585A" w14:textId="77777777" w:rsidR="00C17886" w:rsidRDefault="00C17886" w:rsidP="00C17886">
            <w:pPr>
              <w:jc w:val="center"/>
              <w:rPr>
                <w:i/>
                <w:color w:val="767676"/>
                <w:sz w:val="15"/>
              </w:rPr>
            </w:pPr>
          </w:p>
        </w:tc>
      </w:tr>
    </w:tbl>
    <w:p w14:paraId="24E104E3" w14:textId="77777777" w:rsidR="007C662C" w:rsidRDefault="007C662C">
      <w:pPr>
        <w:spacing w:after="100" w:line="24" w:lineRule="auto"/>
      </w:pPr>
    </w:p>
    <w:p w14:paraId="50FDA613" w14:textId="77777777" w:rsidR="007C662C" w:rsidRDefault="007C662C">
      <w:pPr>
        <w:spacing w:line="24" w:lineRule="auto"/>
      </w:pPr>
    </w:p>
    <w:p w14:paraId="5B8FB83F" w14:textId="77777777" w:rsidR="005F431A" w:rsidRPr="005F431A" w:rsidRDefault="00C17886" w:rsidP="005F431A">
      <w:pPr>
        <w:spacing w:after="0"/>
        <w:rPr>
          <w:b/>
          <w:sz w:val="16"/>
        </w:rPr>
      </w:pPr>
      <w:r w:rsidRPr="005F431A">
        <w:rPr>
          <w:b/>
          <w:sz w:val="16"/>
        </w:rPr>
        <w:t>*** If requiring different testing types in one submission, please package separately and provide a submission form per batch type.</w:t>
      </w:r>
    </w:p>
    <w:p w14:paraId="639A43EC" w14:textId="60ABDCBC" w:rsidR="005F431A" w:rsidRDefault="002504BC" w:rsidP="005F431A">
      <w:pPr>
        <w:pBdr>
          <w:bottom w:val="single" w:sz="10" w:space="5" w:color="B79258"/>
        </w:pBdr>
        <w:spacing w:before="80" w:after="60"/>
      </w:pPr>
      <w:r>
        <w:rPr>
          <w:b/>
          <w:sz w:val="23"/>
        </w:rPr>
        <w:t>3. GUIDE TO FIBRE SAMPLING</w:t>
      </w:r>
    </w:p>
    <w:p w14:paraId="40C67034" w14:textId="58948DAE" w:rsidR="005F431A" w:rsidRPr="00A8007F" w:rsidRDefault="005F431A" w:rsidP="005F431A">
      <w:pPr>
        <w:pStyle w:val="ListParagraph"/>
        <w:numPr>
          <w:ilvl w:val="0"/>
          <w:numId w:val="11"/>
        </w:numPr>
        <w:spacing w:line="360" w:lineRule="auto"/>
        <w:rPr>
          <w:sz w:val="21"/>
          <w:szCs w:val="28"/>
        </w:rPr>
      </w:pPr>
      <w:r w:rsidRPr="00A8007F">
        <w:rPr>
          <w:sz w:val="21"/>
          <w:szCs w:val="28"/>
        </w:rPr>
        <w:t>Choose the same sample site on each alpaca. Use this site for each alpaca, for each year.</w:t>
      </w:r>
    </w:p>
    <w:p w14:paraId="6B9B9CD7" w14:textId="50B93689" w:rsidR="005F431A" w:rsidRPr="00A8007F" w:rsidRDefault="005F431A" w:rsidP="005F431A">
      <w:pPr>
        <w:pStyle w:val="ListParagraph"/>
        <w:numPr>
          <w:ilvl w:val="0"/>
          <w:numId w:val="11"/>
        </w:numPr>
        <w:spacing w:line="360" w:lineRule="auto"/>
        <w:rPr>
          <w:sz w:val="21"/>
          <w:szCs w:val="28"/>
        </w:rPr>
      </w:pPr>
      <w:r w:rsidRPr="00A8007F">
        <w:rPr>
          <w:sz w:val="21"/>
          <w:szCs w:val="28"/>
        </w:rPr>
        <w:t>The sample needs to be only the width of two fingers. Please ensure that the samples are free of seed, dirt and debris.</w:t>
      </w:r>
    </w:p>
    <w:p w14:paraId="4BDCD4CC" w14:textId="1FB476DB" w:rsidR="005F431A" w:rsidRPr="00A8007F" w:rsidRDefault="005F431A" w:rsidP="005F431A">
      <w:pPr>
        <w:pStyle w:val="ListParagraph"/>
        <w:numPr>
          <w:ilvl w:val="0"/>
          <w:numId w:val="11"/>
        </w:numPr>
        <w:spacing w:line="360" w:lineRule="auto"/>
        <w:rPr>
          <w:sz w:val="21"/>
          <w:szCs w:val="28"/>
        </w:rPr>
      </w:pPr>
      <w:r w:rsidRPr="00A8007F">
        <w:rPr>
          <w:sz w:val="21"/>
          <w:szCs w:val="28"/>
        </w:rPr>
        <w:t>Cut the sample as close to the skin as possible.</w:t>
      </w:r>
    </w:p>
    <w:p w14:paraId="71DC7724" w14:textId="7917B4EA" w:rsidR="005F431A" w:rsidRPr="00A8007F" w:rsidRDefault="005F431A" w:rsidP="005F431A">
      <w:pPr>
        <w:pStyle w:val="ListParagraph"/>
        <w:numPr>
          <w:ilvl w:val="0"/>
          <w:numId w:val="11"/>
        </w:numPr>
        <w:spacing w:line="360" w:lineRule="auto"/>
        <w:rPr>
          <w:sz w:val="21"/>
          <w:szCs w:val="28"/>
        </w:rPr>
      </w:pPr>
      <w:r w:rsidRPr="00A8007F">
        <w:rPr>
          <w:sz w:val="21"/>
          <w:szCs w:val="28"/>
        </w:rPr>
        <w:t xml:space="preserve">Place sample in a </w:t>
      </w:r>
      <w:r w:rsidR="00C352EB">
        <w:rPr>
          <w:sz w:val="21"/>
          <w:szCs w:val="28"/>
        </w:rPr>
        <w:t xml:space="preserve">paper </w:t>
      </w:r>
      <w:r w:rsidRPr="00A8007F">
        <w:rPr>
          <w:sz w:val="21"/>
          <w:szCs w:val="28"/>
        </w:rPr>
        <w:t>bag (can be provided by Precision</w:t>
      </w:r>
      <w:r w:rsidR="00C352EB">
        <w:rPr>
          <w:sz w:val="21"/>
          <w:szCs w:val="28"/>
        </w:rPr>
        <w:t xml:space="preserve"> – email us for your free bags!</w:t>
      </w:r>
      <w:r w:rsidRPr="00A8007F">
        <w:rPr>
          <w:sz w:val="21"/>
          <w:szCs w:val="28"/>
        </w:rPr>
        <w:t xml:space="preserve">) and write name/IAR </w:t>
      </w:r>
      <w:proofErr w:type="spellStart"/>
      <w:r w:rsidRPr="00A8007F">
        <w:rPr>
          <w:sz w:val="21"/>
          <w:szCs w:val="28"/>
        </w:rPr>
        <w:t>etc</w:t>
      </w:r>
      <w:proofErr w:type="spellEnd"/>
      <w:r w:rsidRPr="00A8007F">
        <w:rPr>
          <w:sz w:val="21"/>
          <w:szCs w:val="28"/>
        </w:rPr>
        <w:t xml:space="preserve"> on the bag.</w:t>
      </w:r>
    </w:p>
    <w:p w14:paraId="1A438F53" w14:textId="21FC6A18" w:rsidR="005F431A" w:rsidRPr="00A8007F" w:rsidRDefault="005F431A" w:rsidP="005F431A">
      <w:pPr>
        <w:pStyle w:val="ListParagraph"/>
        <w:numPr>
          <w:ilvl w:val="0"/>
          <w:numId w:val="11"/>
        </w:numPr>
        <w:spacing w:line="360" w:lineRule="auto"/>
        <w:rPr>
          <w:sz w:val="21"/>
          <w:szCs w:val="28"/>
        </w:rPr>
      </w:pPr>
      <w:r w:rsidRPr="00A8007F">
        <w:rPr>
          <w:sz w:val="21"/>
          <w:szCs w:val="28"/>
        </w:rPr>
        <w:t xml:space="preserve">If sending for Genetic Focus testing, ensure to provide Precision with required alpaca details; Breed, Age (Years), Sex, </w:t>
      </w:r>
      <w:proofErr w:type="spellStart"/>
      <w:r w:rsidRPr="00A8007F">
        <w:rPr>
          <w:sz w:val="21"/>
          <w:szCs w:val="28"/>
        </w:rPr>
        <w:t>Colour</w:t>
      </w:r>
      <w:proofErr w:type="spellEnd"/>
    </w:p>
    <w:p w14:paraId="1FC1C465" w14:textId="0DAF1B3F" w:rsidR="005F431A" w:rsidRPr="00A8007F" w:rsidRDefault="005F431A" w:rsidP="005F431A">
      <w:pPr>
        <w:pStyle w:val="ListParagraph"/>
        <w:numPr>
          <w:ilvl w:val="0"/>
          <w:numId w:val="11"/>
        </w:numPr>
        <w:spacing w:line="360" w:lineRule="auto"/>
        <w:rPr>
          <w:sz w:val="21"/>
          <w:szCs w:val="28"/>
        </w:rPr>
      </w:pPr>
      <w:r w:rsidRPr="00A8007F">
        <w:rPr>
          <w:sz w:val="21"/>
          <w:szCs w:val="28"/>
        </w:rPr>
        <w:t>If sending grid samples, ensure each point is placed in its’ own bag and clearly labelled as shoulder, mid side, or rump. Preferable to staple the 3x bags together to ensure they stay together for testing.</w:t>
      </w:r>
    </w:p>
    <w:p w14:paraId="5CF3FBDA" w14:textId="14D6DB27" w:rsidR="00A8007F" w:rsidRPr="00A8007F" w:rsidRDefault="005F431A" w:rsidP="00A8007F">
      <w:pPr>
        <w:pStyle w:val="ListParagraph"/>
        <w:numPr>
          <w:ilvl w:val="0"/>
          <w:numId w:val="11"/>
        </w:numPr>
        <w:spacing w:line="360" w:lineRule="auto"/>
        <w:rPr>
          <w:b/>
          <w:bCs/>
          <w:sz w:val="21"/>
          <w:szCs w:val="28"/>
        </w:rPr>
      </w:pPr>
      <w:r w:rsidRPr="00A8007F">
        <w:rPr>
          <w:sz w:val="21"/>
          <w:szCs w:val="28"/>
        </w:rPr>
        <w:t>Send sample bags and Test Request form to:</w:t>
      </w:r>
      <w:r w:rsidR="00A8007F" w:rsidRPr="00A8007F">
        <w:rPr>
          <w:sz w:val="21"/>
          <w:szCs w:val="28"/>
        </w:rPr>
        <w:t xml:space="preserve"> </w:t>
      </w:r>
      <w:r w:rsidR="00A8007F" w:rsidRPr="00A8007F">
        <w:rPr>
          <w:b/>
          <w:bCs/>
          <w:sz w:val="21"/>
          <w:szCs w:val="28"/>
        </w:rPr>
        <w:t>PO Box 1378, Kyneton, Victoria, 3444</w:t>
      </w:r>
    </w:p>
    <w:sectPr w:rsidR="00A8007F" w:rsidRPr="00A8007F" w:rsidSect="00034616">
      <w:footerReference w:type="default" r:id="rId9"/>
      <w:pgSz w:w="11909" w:h="16834"/>
      <w:pgMar w:top="792" w:right="878" w:bottom="792" w:left="878"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A6EC4" w14:textId="77777777" w:rsidR="00CD5922" w:rsidRDefault="00CD5922">
      <w:pPr>
        <w:spacing w:after="0" w:line="240" w:lineRule="auto"/>
      </w:pPr>
      <w:r>
        <w:separator/>
      </w:r>
    </w:p>
  </w:endnote>
  <w:endnote w:type="continuationSeparator" w:id="0">
    <w:p w14:paraId="28362C4B" w14:textId="77777777" w:rsidR="00CD5922" w:rsidRDefault="00CD5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ejaVu Sans">
    <w:altName w:val="Verdan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D9A82" w14:textId="0DA18008" w:rsidR="007C662C" w:rsidRDefault="002504BC">
    <w:pPr>
      <w:pStyle w:val="Footer"/>
      <w:spacing w:before="40"/>
      <w:jc w:val="center"/>
    </w:pPr>
    <w:r>
      <w:rPr>
        <w:b/>
        <w:sz w:val="14"/>
      </w:rPr>
      <w:t>PRECISION ALPACA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E87DC" w14:textId="77777777" w:rsidR="00CD5922" w:rsidRDefault="00CD5922">
      <w:pPr>
        <w:spacing w:after="0" w:line="240" w:lineRule="auto"/>
      </w:pPr>
      <w:r>
        <w:separator/>
      </w:r>
    </w:p>
  </w:footnote>
  <w:footnote w:type="continuationSeparator" w:id="0">
    <w:p w14:paraId="45E8EF45" w14:textId="77777777" w:rsidR="00CD5922" w:rsidRDefault="00CD5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7F30D4"/>
    <w:multiLevelType w:val="hybridMultilevel"/>
    <w:tmpl w:val="89D4E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3A6A07"/>
    <w:multiLevelType w:val="hybridMultilevel"/>
    <w:tmpl w:val="A2F40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9599135">
    <w:abstractNumId w:val="8"/>
  </w:num>
  <w:num w:numId="2" w16cid:durableId="922296011">
    <w:abstractNumId w:val="6"/>
  </w:num>
  <w:num w:numId="3" w16cid:durableId="1696806075">
    <w:abstractNumId w:val="5"/>
  </w:num>
  <w:num w:numId="4" w16cid:durableId="1781223429">
    <w:abstractNumId w:val="4"/>
  </w:num>
  <w:num w:numId="5" w16cid:durableId="1700618603">
    <w:abstractNumId w:val="7"/>
  </w:num>
  <w:num w:numId="6" w16cid:durableId="607084891">
    <w:abstractNumId w:val="3"/>
  </w:num>
  <w:num w:numId="7" w16cid:durableId="1775859302">
    <w:abstractNumId w:val="2"/>
  </w:num>
  <w:num w:numId="8" w16cid:durableId="1521894686">
    <w:abstractNumId w:val="1"/>
  </w:num>
  <w:num w:numId="9" w16cid:durableId="1737818739">
    <w:abstractNumId w:val="0"/>
  </w:num>
  <w:num w:numId="10" w16cid:durableId="880049122">
    <w:abstractNumId w:val="10"/>
  </w:num>
  <w:num w:numId="11" w16cid:durableId="1682389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4E"/>
    <w:rsid w:val="00034616"/>
    <w:rsid w:val="00043ED1"/>
    <w:rsid w:val="000513BA"/>
    <w:rsid w:val="0006063C"/>
    <w:rsid w:val="0015074B"/>
    <w:rsid w:val="0022404C"/>
    <w:rsid w:val="002504BC"/>
    <w:rsid w:val="002909B7"/>
    <w:rsid w:val="0029639D"/>
    <w:rsid w:val="002A0C21"/>
    <w:rsid w:val="00326F90"/>
    <w:rsid w:val="0033278B"/>
    <w:rsid w:val="003702D2"/>
    <w:rsid w:val="005F431A"/>
    <w:rsid w:val="00641F8A"/>
    <w:rsid w:val="007656B7"/>
    <w:rsid w:val="007C662C"/>
    <w:rsid w:val="008E2E21"/>
    <w:rsid w:val="00912063"/>
    <w:rsid w:val="00A8007F"/>
    <w:rsid w:val="00AA1D8D"/>
    <w:rsid w:val="00AA70FE"/>
    <w:rsid w:val="00B47730"/>
    <w:rsid w:val="00C107CE"/>
    <w:rsid w:val="00C17886"/>
    <w:rsid w:val="00C352EB"/>
    <w:rsid w:val="00CB0664"/>
    <w:rsid w:val="00CD5922"/>
    <w:rsid w:val="00F618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71DF1"/>
  <w14:defaultImageDpi w14:val="300"/>
  <w15:docId w15:val="{F565C6B1-4EFC-F342-9F3C-0A6821DD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111111"/>
      <w:sz w:val="19"/>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C178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Precision Fibre Analysis Submission Sheet</vt:lpstr>
    </vt:vector>
  </TitlesOfParts>
  <Manager/>
  <Company/>
  <LinksUpToDate>false</LinksUpToDate>
  <CharactersWithSpaces>1635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Precision Fibre Analysis Submission Sheet</dc:title>
  <dc:subject>Editable client fibre-analysis submission form</dc:subject>
  <dc:creator>Precision Alpaca Group</dc:creator>
  <cp:keywords/>
  <dc:description>generated by python-docx</dc:description>
  <cp:lastModifiedBy>PRECISION ALPACA GROUP</cp:lastModifiedBy>
  <cp:revision>11</cp:revision>
  <dcterms:created xsi:type="dcterms:W3CDTF">2026-08-28T06:40:00Z</dcterms:created>
  <dcterms:modified xsi:type="dcterms:W3CDTF">2026-08-28T06:45:00Z</dcterms:modified>
  <cp:category/>
</cp:coreProperties>
</file>